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sz w:val="88"/>
        </w:rPr>
        <w:t>WANTED</w:t>
      </w:r>
    </w:p>
    <w:p>
      <w:pPr>
        <w:jc w:val="center"/>
      </w:pPr>
      <w:r>
        <w:t>FICTIONAL CHARACTER ACTIVITY</w:t>
      </w:r>
    </w:p>
    <w:p>
      <w:pPr>
        <w:jc w:val="center"/>
      </w:pPr>
      <w:r>
        <w:rPr>
          <w:b/>
          <w:sz w:val="48"/>
        </w:rPr>
        <w:t>[CHARACTER NAME]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blHeader/>
        </w:trPr>
        <w:tc>
          <w:tcPr>
            <w:tcW w:type="dxa" w:w="10368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Portrait or illustration</w:t>
            </w:r>
          </w:p>
        </w:tc>
      </w:tr>
      <w:tr>
        <w:tc>
          <w:tcPr>
            <w:tcW w:type="dxa" w:w="10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[Insert a picture or drawing here]</w:t>
              <w:br/>
              <w:br/>
              <w:br/>
              <w:br/>
              <w:br/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/>
        </w:rPr>
        <w:t xml:space="preserve">Wanted for fictional story action  </w:t>
      </w:r>
      <w:r>
        <w:rPr>
          <w:color w:val="606C76"/>
        </w:rPr>
        <w:t>[Enter wanted for fictional story action]</w:t>
      </w:r>
    </w:p>
    <w:p>
      <w:pPr>
        <w:spacing w:after="120"/>
      </w:pPr>
      <w:r>
        <w:rPr>
          <w:b/>
        </w:rPr>
        <w:t xml:space="preserve">Identifying traits  </w:t>
      </w:r>
      <w:r>
        <w:rPr>
          <w:color w:val="606C76"/>
        </w:rPr>
        <w:t>[Enter identifying traits]</w:t>
      </w:r>
    </w:p>
    <w:p>
      <w:pPr>
        <w:spacing w:after="120"/>
      </w:pPr>
      <w:r>
        <w:rPr>
          <w:b/>
        </w:rPr>
        <w:t xml:space="preserve">Last seen in the story  </w:t>
      </w:r>
      <w:r>
        <w:rPr>
          <w:color w:val="606C76"/>
        </w:rPr>
        <w:t>[Enter last seen in the story]</w:t>
      </w:r>
    </w:p>
    <w:p>
      <w:pPr>
        <w:spacing w:after="120"/>
      </w:pPr>
      <w:r>
        <w:rPr>
          <w:b/>
        </w:rPr>
        <w:t xml:space="preserve">Playful reward  </w:t>
      </w:r>
      <w:r>
        <w:rPr>
          <w:color w:val="606C76"/>
        </w:rPr>
        <w:t>[Enter playful reward]</w:t>
      </w:r>
    </w:p>
    <w:p>
      <w:pPr>
        <w:spacing w:after="120"/>
      </w:pPr>
      <w:r>
        <w:rPr>
          <w:b/>
        </w:rPr>
        <w:t xml:space="preserve">Class and author  </w:t>
      </w:r>
      <w:r>
        <w:rPr>
          <w:color w:val="606C76"/>
        </w:rPr>
        <w:t>[Enter class and author]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Character Wanted Poster</dc:title>
  <dc:subject>Create a fictional character poster with evidence drawn from a book or classroom story.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