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sz w:val="88"/>
        </w:rPr>
        <w:t>WANTED</w:t>
      </w:r>
    </w:p>
    <w:p>
      <w:pPr>
        <w:jc w:val="center"/>
      </w:pPr>
      <w:r>
        <w:t>FICTIONAL CHARACTER ACTIVITY</w:t>
      </w:r>
    </w:p>
    <w:p>
      <w:pPr>
        <w:jc w:val="center"/>
      </w:pPr>
      <w:r>
        <w:rPr>
          <w:b/>
          <w:sz w:val="48"/>
        </w:rPr>
        <w:t>[CHARACTER NAME]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rPr>
          <w:tblHeader/>
        </w:trPr>
        <w:tc>
          <w:tcPr>
            <w:tcW w:type="dxa" w:w="10368"/>
            <w:shd w:fill="243E5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Portrait or illustration</w:t>
            </w:r>
          </w:p>
        </w:tc>
      </w:tr>
      <w:tr>
        <w:tc>
          <w:tcPr>
            <w:tcW w:type="dxa" w:w="10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sz w:val="18"/>
              </w:rPr>
              <w:t>[Insert a picture or drawing here]</w:t>
              <w:br/>
              <w:br/>
              <w:br/>
              <w:br/>
              <w:br/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/>
        </w:rPr>
        <w:t xml:space="preserve">Fictional mystery  </w:t>
      </w:r>
      <w:r>
        <w:rPr>
          <w:color w:val="606C76"/>
        </w:rPr>
        <w:t>[Enter fictional mystery]</w:t>
      </w:r>
    </w:p>
    <w:p>
      <w:pPr>
        <w:spacing w:after="120"/>
      </w:pPr>
      <w:r>
        <w:rPr>
          <w:b/>
        </w:rPr>
        <w:t xml:space="preserve">Recognizable clue  </w:t>
      </w:r>
      <w:r>
        <w:rPr>
          <w:color w:val="606C76"/>
        </w:rPr>
        <w:t>[Enter recognizable clue]</w:t>
      </w:r>
    </w:p>
    <w:p>
      <w:pPr>
        <w:spacing w:after="120"/>
      </w:pPr>
      <w:r>
        <w:rPr>
          <w:b/>
        </w:rPr>
        <w:t xml:space="preserve">Last seen location  </w:t>
      </w:r>
      <w:r>
        <w:rPr>
          <w:color w:val="606C76"/>
        </w:rPr>
        <w:t>[Enter last seen location]</w:t>
      </w:r>
    </w:p>
    <w:p>
      <w:pPr>
        <w:spacing w:after="120"/>
      </w:pPr>
      <w:r>
        <w:rPr>
          <w:b/>
        </w:rPr>
        <w:t xml:space="preserve">Next clue instruction  </w:t>
      </w:r>
      <w:r>
        <w:rPr>
          <w:color w:val="606C76"/>
        </w:rPr>
        <w:t>[Enter next clue instruction]</w:t>
      </w:r>
    </w:p>
    <w:p>
      <w:pPr>
        <w:spacing w:after="120"/>
      </w:pPr>
      <w:r>
        <w:rPr>
          <w:b/>
        </w:rPr>
        <w:t xml:space="preserve">Reward within the game  </w:t>
      </w:r>
      <w:r>
        <w:rPr>
          <w:color w:val="606C76"/>
        </w:rPr>
        <w:t>[Enter reward within the game]</w:t>
      </w:r>
    </w:p>
    <w:p>
      <w:pPr>
        <w:spacing w:after="120"/>
      </w:pPr>
      <w:r>
        <w:rPr>
          <w:b/>
        </w:rPr>
        <w:t xml:space="preserve">Organizer contact  </w:t>
      </w:r>
      <w:r>
        <w:rPr>
          <w:color w:val="606C76"/>
        </w:rPr>
        <w:t>[Enter organizer contact]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Mystery Game Wanted Poster</dc:title>
  <dc:subject>Build a clearly fictional clue poster for a party or classroom mystery game.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