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Attendance Concern Record</w:t>
      </w:r>
    </w:p>
    <w:p>
      <w:r>
        <w:t>Document an attendance concern using dated observations and a clear response.</w:t>
      </w:r>
    </w:p>
    <w:p>
      <w:pPr>
        <w:pStyle w:val="Heading1"/>
      </w:pPr>
      <w:r>
        <w:t>Record details</w:t>
      </w:r>
    </w:p>
    <w:p>
      <w:pPr>
        <w:spacing w:after="120"/>
      </w:pPr>
      <w:r>
        <w:rPr>
          <w:b/>
        </w:rPr>
        <w:t xml:space="preserve">Employee  </w:t>
      </w:r>
      <w:r>
        <w:rPr>
          <w:color w:val="606C76"/>
        </w:rPr>
        <w:t>[Enter employee]</w:t>
      </w:r>
    </w:p>
    <w:p>
      <w:pPr>
        <w:spacing w:after="120"/>
      </w:pPr>
      <w:r>
        <w:rPr>
          <w:b/>
        </w:rPr>
        <w:t xml:space="preserve">Role and department  </w:t>
      </w:r>
      <w:r>
        <w:rPr>
          <w:color w:val="606C76"/>
        </w:rPr>
        <w:t>[Enter role and department]</w:t>
      </w:r>
    </w:p>
    <w:p>
      <w:pPr>
        <w:spacing w:after="120"/>
      </w:pPr>
      <w:r>
        <w:rPr>
          <w:b/>
        </w:rPr>
        <w:t xml:space="preserve">Manager  </w:t>
      </w:r>
      <w:r>
        <w:rPr>
          <w:color w:val="606C76"/>
        </w:rPr>
        <w:t>[Enter manager]</w:t>
      </w:r>
    </w:p>
    <w:p>
      <w:pPr>
        <w:spacing w:after="120"/>
      </w:pPr>
      <w:r>
        <w:rPr>
          <w:b/>
        </w:rPr>
        <w:t xml:space="preserve">Meeting date  </w:t>
      </w:r>
      <w:r>
        <w:rPr>
          <w:color w:val="606C76"/>
        </w:rPr>
        <w:t>[Enter meeting date]</w:t>
      </w:r>
    </w:p>
    <w:p>
      <w:pPr>
        <w:pStyle w:val="Heading1"/>
      </w:pPr>
      <w:r>
        <w:t>Concern and response</w:t>
      </w:r>
    </w:p>
    <w:p>
      <w:pPr>
        <w:spacing w:after="120"/>
      </w:pPr>
      <w:r>
        <w:rPr>
          <w:b/>
        </w:rPr>
        <w:t xml:space="preserve">Attendance dates and records reviewed  </w:t>
      </w:r>
      <w:r>
        <w:rPr>
          <w:color w:val="606C76"/>
        </w:rPr>
        <w:t>[Enter attendance dates and records reviewed]</w:t>
      </w:r>
    </w:p>
    <w:p>
      <w:pPr>
        <w:spacing w:after="120"/>
      </w:pPr>
      <w:r>
        <w:rPr>
          <w:b/>
        </w:rPr>
        <w:t xml:space="preserve">Expected attendance standard  </w:t>
      </w:r>
      <w:r>
        <w:rPr>
          <w:color w:val="606C76"/>
        </w:rPr>
        <w:t>[Enter expected attendance standard]</w:t>
      </w:r>
    </w:p>
    <w:p>
      <w:pPr>
        <w:spacing w:after="120"/>
      </w:pPr>
      <w:r>
        <w:rPr>
          <w:b/>
        </w:rPr>
        <w:t xml:space="preserve">Employee explanation  </w:t>
      </w:r>
      <w:r>
        <w:rPr>
          <w:color w:val="606C76"/>
        </w:rPr>
        <w:t>[Enter employee explanation]</w:t>
      </w:r>
    </w:p>
    <w:p>
      <w:pPr>
        <w:spacing w:after="120"/>
      </w:pPr>
      <w:r>
        <w:rPr>
          <w:b/>
        </w:rPr>
        <w:t xml:space="preserve">Support or adjustment discussed  </w:t>
      </w:r>
      <w:r>
        <w:rPr>
          <w:color w:val="606C76"/>
        </w:rPr>
        <w:t>[Enter support or adjustment discussed]</w:t>
      </w:r>
    </w:p>
    <w:p>
      <w:pPr>
        <w:spacing w:after="120"/>
      </w:pPr>
      <w:r>
        <w:rPr>
          <w:b/>
        </w:rPr>
        <w:t xml:space="preserve">Agreed action and review date  </w:t>
      </w:r>
      <w:r>
        <w:rPr>
          <w:color w:val="606C76"/>
        </w:rPr>
        <w:t>[Enter agreed action and review date]</w:t>
      </w:r>
    </w:p>
    <w:p>
      <w:pPr>
        <w:spacing w:after="120"/>
      </w:pPr>
      <w:r>
        <w:rPr>
          <w:b/>
        </w:rPr>
        <w:t xml:space="preserve">Acknowledgment and comments  </w:t>
      </w:r>
      <w:r>
        <w:rPr>
          <w:color w:val="606C76"/>
        </w:rPr>
        <w:t>[Enter acknowledgment and comments]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2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Attendance Concern Record</dc:title>
  <dc:subject>Document an attendance concern using dated observations and a clear response.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