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Community Volunteer Character Reference</w:t>
      </w:r>
    </w:p>
    <w:p>
      <w:pPr>
        <w:spacing w:after="120"/>
      </w:pPr>
      <w:r>
        <w:rPr>
          <w:b/>
        </w:rPr>
        <w:t xml:space="preserve">Date  </w:t>
      </w:r>
      <w:r>
        <w:rPr>
          <w:color w:val="606C76"/>
        </w:rPr>
        <w:t>[Enter date]</w:t>
      </w:r>
    </w:p>
    <w:p>
      <w:pPr>
        <w:spacing w:after="120"/>
      </w:pPr>
      <w:r>
        <w:rPr>
          <w:b/>
        </w:rPr>
        <w:t xml:space="preserve">Recipient  </w:t>
      </w:r>
      <w:r>
        <w:rPr>
          <w:color w:val="606C76"/>
        </w:rPr>
        <w:t>[Enter recipient]</w:t>
      </w:r>
    </w:p>
    <w:p>
      <w:pPr>
        <w:spacing w:after="120"/>
      </w:pPr>
      <w:r>
        <w:rPr>
          <w:b/>
        </w:rPr>
        <w:t xml:space="preserve">Volunteer name  </w:t>
      </w:r>
      <w:r>
        <w:rPr>
          <w:color w:val="606C76"/>
        </w:rPr>
        <w:t>[Enter volunteer name]</w:t>
      </w:r>
    </w:p>
    <w:p>
      <w:pPr>
        <w:spacing w:after="120"/>
      </w:pPr>
      <w:r>
        <w:rPr>
          <w:b/>
        </w:rPr>
        <w:t xml:space="preserve">Organization  </w:t>
      </w:r>
      <w:r>
        <w:rPr>
          <w:color w:val="606C76"/>
        </w:rPr>
        <w:t>[Enter organization]</w:t>
      </w:r>
    </w:p>
    <w:p>
      <w:pPr>
        <w:spacing w:after="120"/>
      </w:pPr>
      <w:r>
        <w:rPr>
          <w:b/>
        </w:rPr>
        <w:t xml:space="preserve">Writer name and role  </w:t>
      </w:r>
      <w:r>
        <w:rPr>
          <w:color w:val="606C76"/>
        </w:rPr>
        <w:t>[Enter writer name and role]</w:t>
      </w:r>
    </w:p>
    <w:p>
      <w:r>
        <w:t>To [Recipient],</w:t>
      </w:r>
    </w:p>
    <w:p>
      <w:r>
        <w:t>I am writing in my capacity as [Role] at [Organization] regarding [Person name]. I have known this person through [Relationship or program] during [Dates].</w:t>
      </w:r>
    </w:p>
    <w:p>
      <w:r>
        <w:t>During this period, I directly observed [Specific responsibilities or conduct]. For example, [Factual example with context]. These observations support my statement that [Carefully limited reference statement].</w:t>
      </w:r>
    </w:p>
    <w:p>
      <w:r>
        <w:t>This reference is provided for [Purpose] and is limited to my direct experience during the period stated. Please contact me at [Contact] if clarification is required and the person has authorized further discussion.</w:t>
      </w:r>
    </w:p>
    <w:p>
      <w:pPr>
        <w:spacing w:after="120"/>
      </w:pPr>
      <w:r>
        <w:rPr>
          <w:b/>
        </w:rPr>
        <w:t xml:space="preserve">Writer name role and signature  </w:t>
      </w:r>
      <w:r>
        <w:rPr>
          <w:color w:val="606C76"/>
        </w:rPr>
        <w:t>[Enter writer name role and signature]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Volunteer Character Reference</dc:title>
  <dc:subject>Provide a factual reference based on direct observation of a volunteer's conduct.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