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Student Conduct Reference Certificate</w:t>
      </w:r>
    </w:p>
    <w:p>
      <w:pPr>
        <w:spacing w:after="120"/>
      </w:pPr>
      <w:r>
        <w:rPr>
          <w:b/>
        </w:rPr>
        <w:t xml:space="preserve">Institution name  </w:t>
      </w:r>
      <w:r>
        <w:rPr>
          <w:color w:val="606C76"/>
        </w:rPr>
        <w:t>[Enter institution name]</w:t>
      </w:r>
    </w:p>
    <w:p>
      <w:pPr>
        <w:spacing w:after="120"/>
      </w:pPr>
      <w:r>
        <w:rPr>
          <w:b/>
        </w:rPr>
        <w:t xml:space="preserve">Address and contact  </w:t>
      </w:r>
      <w:r>
        <w:rPr>
          <w:color w:val="606C76"/>
        </w:rPr>
        <w:t>[Enter address and contact]</w:t>
      </w:r>
    </w:p>
    <w:p>
      <w:pPr>
        <w:spacing w:after="120"/>
      </w:pPr>
      <w:r>
        <w:rPr>
          <w:b/>
        </w:rPr>
        <w:t xml:space="preserve">Student name  </w:t>
      </w:r>
      <w:r>
        <w:rPr>
          <w:color w:val="606C76"/>
        </w:rPr>
        <w:t>[Enter student name]</w:t>
      </w:r>
    </w:p>
    <w:p>
      <w:pPr>
        <w:spacing w:after="120"/>
      </w:pPr>
      <w:r>
        <w:rPr>
          <w:b/>
        </w:rPr>
        <w:t xml:space="preserve">Program  </w:t>
      </w:r>
      <w:r>
        <w:rPr>
          <w:color w:val="606C76"/>
        </w:rPr>
        <w:t>[Enter program]</w:t>
      </w:r>
    </w:p>
    <w:p>
      <w:pPr>
        <w:spacing w:after="120"/>
      </w:pPr>
      <w:r>
        <w:rPr>
          <w:b/>
        </w:rPr>
        <w:t xml:space="preserve">Enrollment period  </w:t>
      </w:r>
      <w:r>
        <w:rPr>
          <w:color w:val="606C76"/>
        </w:rPr>
        <w:t>[Enter enrollment period]</w:t>
      </w:r>
    </w:p>
    <w:p>
      <w:pPr>
        <w:spacing w:after="120"/>
      </w:pPr>
      <w:r>
        <w:rPr>
          <w:b/>
        </w:rPr>
        <w:t xml:space="preserve">Issue date  </w:t>
      </w:r>
      <w:r>
        <w:rPr>
          <w:color w:val="606C76"/>
        </w:rPr>
        <w:t>[Enter issue date]</w:t>
      </w:r>
    </w:p>
    <w:p>
      <w:r>
        <w:t>To [Recipient],</w:t>
      </w:r>
    </w:p>
    <w:p>
      <w:r>
        <w:t>I am writing in my capacity as [Role] at [Organization] regarding [Person name]. I have known this person through [Relationship or program] during [Dates].</w:t>
      </w:r>
    </w:p>
    <w:p>
      <w:r>
        <w:t>During this period, I directly observed [Specific responsibilities or conduct]. For example, [Factual example with context]. These observations support my statement that [Carefully limited reference statement].</w:t>
      </w:r>
    </w:p>
    <w:p>
      <w:r>
        <w:t>This reference is provided for [Purpose] and is limited to my direct experience during the period stated. Please contact me at [Contact] if clarification is required and the person has authorized further discussion.</w:t>
      </w:r>
    </w:p>
    <w:p>
      <w:pPr>
        <w:spacing w:after="120"/>
      </w:pPr>
      <w:r>
        <w:rPr>
          <w:b/>
        </w:rPr>
        <w:t xml:space="preserve">Writer name role and signature  </w:t>
      </w:r>
      <w:r>
        <w:rPr>
          <w:color w:val="606C76"/>
        </w:rPr>
        <w:t>[Enter writer name role and signature]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Conduct Reference Certificate</dc:title>
  <dc:subject>Describe student conduct during a stated period using the issuing institution's observations.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