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Medical Appointment Time Off Request</w:t>
      </w:r>
    </w:p>
    <w:p>
      <w:r>
        <w:t>Request an appointment related absence without collecting unnecessary medical details.</w:t>
      </w:r>
    </w:p>
    <w:p>
      <w:pPr>
        <w:pStyle w:val="Heading1"/>
      </w:pPr>
      <w:r>
        <w:t>Request details</w:t>
      </w:r>
    </w:p>
    <w:p>
      <w:pPr>
        <w:spacing w:after="120"/>
      </w:pPr>
      <w:r>
        <w:rPr>
          <w:b/>
        </w:rPr>
        <w:t xml:space="preserve">Employee  </w:t>
      </w:r>
      <w:r>
        <w:rPr>
          <w:color w:val="606C76"/>
        </w:rPr>
        <w:t>[Enter employee]</w:t>
      </w:r>
    </w:p>
    <w:p>
      <w:pPr>
        <w:spacing w:after="120"/>
      </w:pPr>
      <w:r>
        <w:rPr>
          <w:b/>
        </w:rPr>
        <w:t xml:space="preserve">Department  </w:t>
      </w:r>
      <w:r>
        <w:rPr>
          <w:color w:val="606C76"/>
        </w:rPr>
        <w:t>[Enter department]</w:t>
      </w:r>
    </w:p>
    <w:p>
      <w:pPr>
        <w:spacing w:after="120"/>
      </w:pPr>
      <w:r>
        <w:rPr>
          <w:b/>
        </w:rPr>
        <w:t xml:space="preserve">Request date  </w:t>
      </w:r>
      <w:r>
        <w:rPr>
          <w:color w:val="606C76"/>
        </w:rPr>
        <w:t>[Enter request date]</w:t>
      </w:r>
    </w:p>
    <w:p>
      <w:pPr>
        <w:spacing w:after="120"/>
      </w:pPr>
      <w:r>
        <w:rPr>
          <w:b/>
        </w:rPr>
        <w:t xml:space="preserve">Absence date  </w:t>
      </w:r>
      <w:r>
        <w:rPr>
          <w:color w:val="606C76"/>
        </w:rPr>
        <w:t>[Enter absence date]</w:t>
      </w:r>
    </w:p>
    <w:p>
      <w:pPr>
        <w:spacing w:after="120"/>
      </w:pPr>
      <w:r>
        <w:rPr>
          <w:b/>
        </w:rPr>
        <w:t xml:space="preserve">Time from  </w:t>
      </w:r>
      <w:r>
        <w:rPr>
          <w:color w:val="606C76"/>
        </w:rPr>
        <w:t>[Enter time from]</w:t>
      </w:r>
    </w:p>
    <w:p>
      <w:pPr>
        <w:spacing w:after="120"/>
      </w:pPr>
      <w:r>
        <w:rPr>
          <w:b/>
        </w:rPr>
        <w:t xml:space="preserve">Time to  </w:t>
      </w:r>
      <w:r>
        <w:rPr>
          <w:color w:val="606C76"/>
        </w:rPr>
        <w:t>[Enter time to]</w:t>
      </w:r>
    </w:p>
    <w:p>
      <w:pPr>
        <w:pStyle w:val="Heading1"/>
      </w:pPr>
      <w:r>
        <w:t>Work arrangements</w:t>
      </w:r>
    </w:p>
    <w:p>
      <w:pPr>
        <w:spacing w:after="120"/>
      </w:pPr>
      <w:r>
        <w:rPr>
          <w:b/>
        </w:rPr>
        <w:t xml:space="preserve">Time off category  </w:t>
      </w:r>
      <w:r>
        <w:rPr>
          <w:color w:val="606C76"/>
        </w:rPr>
        <w:t>[Enter time off category]</w:t>
      </w:r>
    </w:p>
    <w:p>
      <w:pPr>
        <w:spacing w:after="120"/>
      </w:pPr>
      <w:r>
        <w:rPr>
          <w:b/>
        </w:rPr>
        <w:t xml:space="preserve">Cover or handover plan  </w:t>
      </w:r>
      <w:r>
        <w:rPr>
          <w:color w:val="606C76"/>
        </w:rPr>
        <w:t>[Enter cover or handover plan]</w:t>
      </w:r>
    </w:p>
    <w:p>
      <w:pPr>
        <w:spacing w:after="120"/>
      </w:pPr>
      <w:r>
        <w:rPr>
          <w:b/>
        </w:rPr>
        <w:t xml:space="preserve">Contact during absence if agreed  </w:t>
      </w:r>
      <w:r>
        <w:rPr>
          <w:color w:val="606C76"/>
        </w:rPr>
        <w:t>[Enter contact during absence if agreed]</w:t>
      </w:r>
    </w:p>
    <w:p>
      <w:pPr>
        <w:spacing w:after="120"/>
      </w:pPr>
      <w:r>
        <w:rPr>
          <w:b/>
        </w:rPr>
        <w:t xml:space="preserve">Supervisor decision  </w:t>
      </w:r>
      <w:r>
        <w:rPr>
          <w:color w:val="606C76"/>
        </w:rPr>
        <w:t>[Enter supervisor decision]</w:t>
      </w:r>
    </w:p>
    <w:p>
      <w:pPr>
        <w:spacing w:after="120"/>
      </w:pPr>
      <w:r>
        <w:rPr>
          <w:b/>
        </w:rPr>
        <w:t xml:space="preserve">Recorded by and date  </w:t>
      </w:r>
      <w:r>
        <w:rPr>
          <w:color w:val="606C76"/>
        </w:rPr>
        <w:t>[Enter recorded by and date]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Appointment Time Off Request</dc:title>
  <dc:subject>Request an appointment related absence without collecting unnecessary medical details.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