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Caregiver Household Ecomap</w:t>
      </w:r>
    </w:p>
    <w:p>
      <w:pPr>
        <w:pStyle w:val="Subtitle"/>
      </w:pPr>
      <w:r>
        <w:t>Editable support map with named systems a relationship legend and an action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3888"/>
        <w:gridCol w:w="2448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Person or household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Prepared with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reference]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Relatives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Work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Health services</w:t>
              <w:br/>
              <w:t>[Names and connection]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↘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↓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↙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Friends</w:t>
              <w:br/>
              <w:t>[Names and connection]  ↔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PERSON OR HOUSEHOLD</w:t>
              <w:br/>
              <w:t>[Name]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↔  Transport</w:t>
              <w:br/>
              <w:t>[Names and connection]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↕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Community support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t>Legend to agree: solid connection [meaning]; dashed connection [meaning]; arrows [meaning]. Edit arrows and labels to reflect the person’s perspective. Add strong weak or stressful beside each connection.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Connection to discuss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Agreed next step and owner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[System / relationship]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[Action or question]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[System / relationship]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[Action or question]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caregiver-household-ecomap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