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Employment Character Certificate</w:t>
      </w:r>
    </w:p>
    <w:p>
      <w:pPr>
        <w:pStyle w:val="Subtitle"/>
      </w:pPr>
      <w:r>
        <w:t>Editable certificate wording for an authorized issuer</w:t>
      </w:r>
    </w:p>
    <w:p>
      <w:r>
        <w:rPr>
          <w:b/>
        </w:rPr>
        <w:t>Issuing institution and address</w:t>
      </w:r>
    </w:p>
    <w:p>
      <w:r>
        <w:t>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  <w:tblHeader/>
        </w:trP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8374A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Certificate reference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8374A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Date of issue</w:t>
            </w:r>
          </w:p>
        </w:tc>
      </w:tr>
      <w:tr>
        <w:trPr>
          <w:cantSplit/>
        </w:trP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[Reference]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</w:tr>
    </w:tbl>
    <w:p/>
    <w:p>
      <w:pPr>
        <w:pStyle w:val="Heading1"/>
      </w:pPr>
      <w:r>
        <w:t>Certification</w:t>
      </w:r>
    </w:p>
    <w:p>
      <w:r>
        <w:t>This is to certify that [employee full name] worked with [organization] as [position] in [department] from [start date] to [end date].</w:t>
      </w:r>
    </w:p>
    <w:p>
      <w:r>
        <w:t>Based on my professional contact with this employee during [period], I can confirm [specific and accurate statement about workplace conduct]. [Optional factual example relevant to the requested purpose.]</w:t>
      </w:r>
    </w:p>
    <w:p>
      <w:r>
        <w:t>This certificate is issued at the individual’s request for [purpose or receiving organization]. The statement is limited to the period and circumstances described above.</w:t>
      </w:r>
    </w:p>
    <w:p>
      <w:r>
        <w:rPr>
          <w:b/>
        </w:rPr>
        <w:t>Authorized signature and printed name</w:t>
      </w:r>
    </w:p>
    <w:p>
      <w:r>
        <w:t>________________________________________________________________________</w:t>
      </w:r>
    </w:p>
    <w:p>
      <w:r>
        <w:rPr>
          <w:b/>
        </w:rPr>
        <w:t>Designation and institutional contact</w:t>
      </w:r>
    </w:p>
    <w:p>
      <w:r>
        <w:t>________________________________________________________________________</w:t>
      </w:r>
    </w:p>
    <w:p>
      <w:r>
        <w:rPr>
          <w:b/>
        </w:rPr>
        <w:t>Official stamp if required</w:t>
      </w:r>
    </w:p>
    <w:p>
      <w:r>
        <w:t>________________________________________________________________________</w:t>
      </w:r>
    </w:p>
    <w:p>
      <w:r>
        <w:t>Drafting note: the issuer should verify every statement and follow the recipient’s required format before signing.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720" w:footer="720" w:gutter="0"/>
      <w:cols w:space="720"/>
      <w:docGrid w:linePitch="360"/>
      <w:pgBorders w:offsetFrom="page">
        <w:top w:val="double" w:sz="8" w:space="24" w:color="18374A"/>
        <w:left w:val="double" w:sz="8" w:space="24" w:color="18374A"/>
        <w:bottom w:val="double" w:sz="8" w:space="24" w:color="18374A"/>
        <w:right w:val="double" w:sz="8" w:space="24" w:color="18374A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findwordtemplates.com  |  employment-conduct-certificate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00000"/>
        <w:sz w:val="16"/>
      </w:rPr>
      <w:t>FIND WORD TEMPLATES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