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sz w:val="84"/>
        </w:rPr>
        <w:t>YOU ARE WANTED</w:t>
      </w:r>
    </w:p>
    <w:p>
      <w:pPr>
        <w:jc w:val="left"/>
      </w:pPr>
      <w:r>
        <w:rPr>
          <w:color w:val="58616B"/>
          <w:sz w:val="20"/>
        </w:rPr>
        <w:t>An invitation to celebrate with us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64"/>
        <w:gridCol w:w="6048"/>
      </w:tblGrid>
      <w:tr>
        <w:trPr>
          <w:trHeight w:val="6768" w:hRule="atLeast"/>
        </w:trPr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EAF2F8"/>
          </w:tcPr>
          <w:p>
            <w:pPr>
              <w:spacing w:after="20" w:before="20"/>
              <w:jc w:val="center"/>
            </w:pPr>
            <w:r>
              <w:rPr>
                <w:b/>
                <w:i w:val="0"/>
                <w:color w:val="000000"/>
                <w:sz w:val="36"/>
              </w:rPr>
              <w:t>[INSERT PHOTO]</w:t>
            </w:r>
          </w:p>
        </w:tc>
        <w:tc>
          <w:tcPr>
            <w:tcW w:type="dxa" w:w="60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/>
                <w:i w:val="0"/>
                <w:color w:val="000000"/>
                <w:sz w:val="22"/>
              </w:rPr>
              <w:t>GUEST OF HONOR</w:t>
            </w:r>
          </w:p>
          <w:p>
            <w:r>
              <w:rPr>
                <w:b/>
                <w:i w:val="0"/>
                <w:color w:val="000000"/>
                <w:sz w:val="54"/>
              </w:rPr>
              <w:t>[NAME]</w:t>
            </w:r>
          </w:p>
          <w:p>
            <w:r>
              <w:rPr>
                <w:b w:val="0"/>
                <w:i w:val="0"/>
                <w:color w:val="000000"/>
                <w:sz w:val="26"/>
              </w:rPr>
              <w:t>[Occasion]</w:t>
            </w:r>
          </w:p>
          <w:p>
            <w:r>
              <w:rPr>
                <w:b w:val="0"/>
                <w:i w:val="0"/>
                <w:color w:val="000000"/>
                <w:sz w:val="26"/>
              </w:rPr>
              <w:t>[Date and time]</w:t>
            </w:r>
          </w:p>
          <w:p>
            <w:r>
              <w:rPr>
                <w:b w:val="0"/>
                <w:i w:val="0"/>
                <w:color w:val="000000"/>
                <w:sz w:val="26"/>
              </w:rPr>
              <w:t>[Venue]</w:t>
            </w:r>
          </w:p>
          <w:p>
            <w:r>
              <w:rPr>
                <w:b w:val="0"/>
                <w:i w:val="0"/>
                <w:color w:val="000000"/>
                <w:sz w:val="26"/>
              </w:rPr>
              <w:t>[Address]</w:t>
            </w:r>
          </w:p>
          <w:p>
            <w:r>
              <w:rPr>
                <w:b w:val="0"/>
                <w:i w:val="0"/>
                <w:color w:val="000000"/>
                <w:sz w:val="26"/>
              </w:rPr>
              <w:t>[RSVP contact]</w:t>
            </w:r>
          </w:p>
        </w:tc>
      </w:tr>
    </w:tbl>
    <w:p>
      <w:pPr>
        <w:spacing w:after="0" w:before="0" w:line="400" w:lineRule="exact"/>
      </w:pPr>
    </w:p>
    <w:p>
      <w:pPr>
        <w:pStyle w:val="Heading1"/>
      </w:pPr>
      <w:r>
        <w:t>[YOUR CELEBRATION MESSAGE]</w:t>
      </w:r>
    </w:p>
    <w:p>
      <w:pPr>
        <w:spacing w:before="140"/>
      </w:pPr>
      <w:r>
        <w:rPr>
          <w:color w:val="606872"/>
          <w:sz w:val="17"/>
        </w:rPr>
        <w:t>For a fictional celebration poster. Use photographs only with permission. Replace the prompts with event details.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864" w:bottom="792" w:left="864" w:header="288" w:footer="33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Guest of Honor Wanted Poster</dc:title>
  <dc:subject>Editable blank bio data form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