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Printable Potluck Sign Up Form</w:t>
      </w:r>
    </w:p>
    <w:p>
      <w:pPr>
        <w:jc w:val="left"/>
      </w:pPr>
      <w:r>
        <w:rPr>
          <w:color w:val="58616B"/>
          <w:sz w:val="20"/>
        </w:rPr>
        <w:t>[Event or occasion]</w:t>
      </w:r>
    </w:p>
    <w:p>
      <w:pPr>
        <w:pStyle w:val="Heading1"/>
      </w:pPr>
      <w:r>
        <w:t>Event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OCCASION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[Occasion]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DATE AND TIME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[Date and time]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LOCATION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[Location]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HOST CONTACT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[Host contact]</w:t>
            </w:r>
          </w:p>
        </w:tc>
      </w:tr>
    </w:tbl>
    <w:p>
      <w:pPr>
        <w:pStyle w:val="Heading1"/>
      </w:pPr>
      <w:r>
        <w:t>Guest contributions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3744"/>
        <w:gridCol w:w="1440"/>
        <w:gridCol w:w="2736"/>
      </w:tblGrid>
      <w:tr>
        <w:trPr>
          <w:trHeight w:val="490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Guest name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Dish and category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Servings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Ingredient notes</w:t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Shared arrangements</w:t>
      </w:r>
    </w:p>
    <w:p>
      <w:r>
        <w:t>[List any shared supplies, serving utensils, dietary requests, and arrival instructions.]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Printable Potluck Sign Up Form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Printable Potluck Sign Up Form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