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School Character Certificate</w:t>
      </w:r>
    </w:p>
    <w:p>
      <w:pPr>
        <w:pStyle w:val="Subtitle"/>
      </w:pPr>
      <w:r>
        <w:t>Editable certificate wording for an authorized issuer</w:t>
      </w:r>
    </w:p>
    <w:p>
      <w:r>
        <w:rPr>
          <w:b/>
        </w:rPr>
        <w:t>Issuing institution and address</w:t>
      </w:r>
    </w:p>
    <w:p>
      <w: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  <w:tblHeader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Certificate reference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Date of issue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[Reference]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/>
    <w:p>
      <w:pPr>
        <w:pStyle w:val="Heading1"/>
      </w:pPr>
      <w:r>
        <w:t>Certification</w:t>
      </w:r>
    </w:p>
    <w:p>
      <w:r>
        <w:t>This is to certify that [student full name], student reference [number], attended [school or college] in [class or program] from [start date] to [end date].</w:t>
      </w:r>
    </w:p>
    <w:p>
      <w:r>
        <w:t>During this period, the student’s conduct, as reflected in our records and observations, was [accurate description]. [Optional factual statement about participation, responsibilities or conduct, if supported by the issuer’s records.]</w:t>
      </w:r>
    </w:p>
    <w:p>
      <w:r>
        <w:t>This certificate is issued at the individual’s request for [purpose or receiving organization]. The statement is limited to the period and circumstances described above.</w:t>
      </w:r>
    </w:p>
    <w:p>
      <w:r>
        <w:rPr>
          <w:b/>
        </w:rPr>
        <w:t>Authorized signature and printed name</w:t>
      </w:r>
    </w:p>
    <w:p>
      <w:r>
        <w:t>________________________________________________________________________</w:t>
      </w:r>
    </w:p>
    <w:p>
      <w:r>
        <w:rPr>
          <w:b/>
        </w:rPr>
        <w:t>Designation and institutional contact</w:t>
      </w:r>
    </w:p>
    <w:p>
      <w:r>
        <w:t>________________________________________________________________________</w:t>
      </w:r>
    </w:p>
    <w:p>
      <w:r>
        <w:rPr>
          <w:b/>
        </w:rPr>
        <w:t>Official stamp if required</w:t>
      </w:r>
    </w:p>
    <w:p>
      <w:r>
        <w:t>________________________________________________________________________</w:t>
      </w:r>
    </w:p>
    <w:p>
      <w:r>
        <w:t>Drafting note: the issuer should verify every statement and follow the recipient’s required format before signing.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  <w:pgBorders w:offsetFrom="page">
        <w:top w:val="double" w:sz="8" w:space="24" w:color="A77A25"/>
        <w:left w:val="double" w:sz="8" w:space="24" w:color="A77A25"/>
        <w:bottom w:val="double" w:sz="8" w:space="24" w:color="A77A25"/>
        <w:right w:val="double" w:sz="8" w:space="24" w:color="A77A25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school-conduct-certificate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