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Smokehouse Catering Menu</w:t>
      </w:r>
    </w:p>
    <w:p>
      <w:pPr>
        <w:pStyle w:val="Subtitle"/>
      </w:pPr>
      <w:r>
        <w:t>An editable menu with sample dish descriptions and space for your actual prices</w:t>
      </w:r>
    </w:p>
    <w:p>
      <w:pPr>
        <w:pStyle w:val="Heading1"/>
      </w:pPr>
      <w:r>
        <w:t>Smoked and grilled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5472"/>
        <w:gridCol w:w="1728"/>
      </w:tblGrid>
      <w:tr>
        <w:trPr>
          <w:cantSplit/>
          <w:tblHeader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Dish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Price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Pulled beef platter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Slow cooked beef with two sides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BBQ chicken plate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Grilled chicken with house barbecue sauce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Mixed grill package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A selection for your group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</w:tbl>
    <w:p/>
    <w:p>
      <w:pPr>
        <w:pStyle w:val="Heading1"/>
      </w:pPr>
      <w:r>
        <w:t>Sides and catering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5472"/>
        <w:gridCol w:w="1728"/>
      </w:tblGrid>
      <w:tr>
        <w:trPr>
          <w:cantSplit/>
          <w:tblHeader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Dish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Price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Smoky beans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A warm side for the table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House slaw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Crisp cabbage and dressing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Group catering</w:t>
            </w:r>
          </w:p>
        </w:tc>
        <w:tc>
          <w:tcPr>
            <w:tcW w:type="dxa" w:w="54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Choose mains sides and service arrangements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[Price]</w:t>
            </w:r>
          </w:p>
        </w:tc>
      </w:tr>
    </w:tbl>
    <w:p/>
    <w:p>
      <w:r>
        <w:rPr>
          <w:b/>
        </w:rPr>
        <w:t>Service date portions and booking contact</w:t>
      </w:r>
    </w:p>
    <w:p>
      <w:r>
        <w:t>________________________________________________________________________</w:t>
      </w:r>
    </w:p>
    <w:p>
      <w:r>
        <w:rPr>
          <w:b/>
        </w:rPr>
        <w:t>Dietary ingredient and availability information</w:t>
      </w:r>
    </w:p>
    <w:p>
      <w:r>
        <w:t>________________________________________________________________________</w:t>
      </w:r>
    </w:p>
    <w:p>
      <w:r>
        <w:t>Replace sample dishes and descriptions with your actual offering. Confirm ingredients, dietary descriptions and pricing before printing.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smokehouse-catering-menu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