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sz w:val="120"/>
        </w:rPr>
        <w:t>WANTED</w:t>
      </w:r>
    </w:p>
    <w:p>
      <w:pPr>
        <w:jc w:val="center"/>
      </w:pPr>
      <w:r>
        <w:rPr>
          <w:color w:val="58616B"/>
          <w:sz w:val="20"/>
        </w:rPr>
        <w:t>A fictional party or classroom poster</w:t>
      </w:r>
    </w:p>
    <w:p>
      <w:pPr>
        <w:jc w:val="center"/>
      </w:pPr>
      <w:r>
        <w:rPr>
          <w:b/>
          <w:i w:val="0"/>
          <w:color w:val="000000"/>
          <w:sz w:val="50"/>
        </w:rPr>
        <w:t>[GUEST OR CHARACTER NAME]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5328" w:hRule="atLeast"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4EEE2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36"/>
              </w:rPr>
              <w:t>[INSERT A PHOTO OR ILLUSTRATION]</w:t>
            </w:r>
          </w:p>
        </w:tc>
      </w:tr>
    </w:tbl>
    <w:p>
      <w:pPr>
        <w:spacing w:after="0" w:before="0" w:line="200" w:lineRule="exact"/>
      </w:pPr>
    </w:p>
    <w:p>
      <w:pPr>
        <w:jc w:val="center"/>
      </w:pPr>
      <w:r>
        <w:rPr>
          <w:b/>
          <w:i w:val="0"/>
          <w:color w:val="000000"/>
          <w:sz w:val="46"/>
        </w:rPr>
        <w:t>FOR [PLAYFUL FICTIONAL REASON]</w:t>
      </w:r>
    </w:p>
    <w:p>
      <w:pPr>
        <w:jc w:val="center"/>
      </w:pPr>
      <w:r>
        <w:rPr>
          <w:b/>
          <w:i w:val="0"/>
          <w:color w:val="000000"/>
          <w:sz w:val="46"/>
        </w:rPr>
        <w:t>REWARD [FUN PRIZE]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7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EVENT OR VENUE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[Event or venue]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7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DATE AND TIME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[Date and time]</w:t>
            </w:r>
          </w:p>
        </w:tc>
      </w:tr>
    </w:tbl>
    <w:p>
      <w:pPr>
        <w:spacing w:before="140"/>
      </w:pPr>
      <w:r>
        <w:rPr>
          <w:color w:val="606872"/>
          <w:sz w:val="17"/>
        </w:rPr>
        <w:t>For a fictional event prop. Use a photograph only with permission. Replace all bracketed prompts.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Liberation Serif" w:hAnsi="Liberation Serif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erif" w:hAnsi="Liberation Serif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erif" w:hAnsi="Liberation Serif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Party Wanted Poster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